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D42" w14:textId="77777777" w:rsidR="001C034C" w:rsidRDefault="00000000">
      <w:pPr>
        <w:jc w:val="center"/>
      </w:pPr>
      <w:r>
        <w:rPr>
          <w:noProof/>
        </w:rPr>
        <w:drawing>
          <wp:inline distT="0" distB="0" distL="0" distR="0" wp14:anchorId="63D08905" wp14:editId="52256613">
            <wp:extent cx="1368000" cy="63724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(1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6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0FA68" w14:textId="77777777" w:rsidR="001C034C" w:rsidRDefault="00000000">
      <w:pPr>
        <w:jc w:val="center"/>
      </w:pPr>
      <w:r>
        <w:rPr>
          <w:b/>
          <w:sz w:val="32"/>
        </w:rPr>
        <w:t>FORMULARZ REKLAMACYJNY</w:t>
      </w:r>
    </w:p>
    <w:p w14:paraId="2C134452" w14:textId="77777777" w:rsidR="001C034C" w:rsidRDefault="00000000">
      <w:pPr>
        <w:jc w:val="center"/>
        <w:rPr>
          <w:i/>
          <w:sz w:val="16"/>
        </w:rPr>
      </w:pPr>
      <w:r>
        <w:rPr>
          <w:i/>
          <w:sz w:val="16"/>
        </w:rPr>
        <w:t>Prosimy o czytelne wypełnienie formularza. Pola oznaczone liniami należy uzupełnić drukowanymi literami.</w:t>
      </w:r>
    </w:p>
    <w:p w14:paraId="04E05866" w14:textId="00961489" w:rsidR="00C80A1D" w:rsidRDefault="00C80A1D">
      <w:pPr>
        <w:jc w:val="center"/>
      </w:pPr>
      <w:r>
        <w:rPr>
          <w:i/>
          <w:sz w:val="16"/>
        </w:rPr>
        <w:t xml:space="preserve">Reklamację proszę kierować na adres: </w:t>
      </w:r>
      <w:r w:rsidRPr="00C80A1D">
        <w:rPr>
          <w:b/>
          <w:bCs/>
          <w:i/>
          <w:sz w:val="16"/>
        </w:rPr>
        <w:t>Dobrowolskiego 6, 83-000 Pruszcz Gdański</w:t>
      </w:r>
      <w:r>
        <w:rPr>
          <w:i/>
          <w:sz w:val="16"/>
        </w:rPr>
        <w:t xml:space="preserve"> </w:t>
      </w:r>
    </w:p>
    <w:p w14:paraId="7A30BDC6" w14:textId="77777777" w:rsidR="001C034C" w:rsidRDefault="00000000">
      <w:r>
        <w:rPr>
          <w:b/>
          <w:color w:val="FFFFFF"/>
        </w:rPr>
        <w:t>DANE ZGŁASZAJĄCEGO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2"/>
      </w:tblGrid>
      <w:tr w:rsidR="001C034C" w14:paraId="3E9A0315" w14:textId="77777777" w:rsidTr="00ED3C39">
        <w:tc>
          <w:tcPr>
            <w:tcW w:w="10652" w:type="dxa"/>
          </w:tcPr>
          <w:p w14:paraId="3AED59C7" w14:textId="77777777" w:rsidR="001C034C" w:rsidRDefault="00000000">
            <w:r>
              <w:rPr>
                <w:b/>
              </w:rPr>
              <w:t>DANE ZGŁASZAJĄCEGO</w:t>
            </w:r>
          </w:p>
        </w:tc>
      </w:tr>
    </w:tbl>
    <w:p w14:paraId="357503A9" w14:textId="77777777" w:rsidR="001C034C" w:rsidRDefault="001C034C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61"/>
        <w:gridCol w:w="2660"/>
        <w:gridCol w:w="2661"/>
        <w:gridCol w:w="2660"/>
      </w:tblGrid>
      <w:tr w:rsidR="001C034C" w14:paraId="188E4896" w14:textId="77777777">
        <w:trPr>
          <w:jc w:val="center"/>
        </w:trPr>
        <w:tc>
          <w:tcPr>
            <w:tcW w:w="2663" w:type="dxa"/>
          </w:tcPr>
          <w:p w14:paraId="651A4BB9" w14:textId="77777777" w:rsidR="001C034C" w:rsidRDefault="00000000">
            <w:r>
              <w:t>Imię i nazwisko / Firma</w:t>
            </w:r>
          </w:p>
        </w:tc>
        <w:tc>
          <w:tcPr>
            <w:tcW w:w="2663" w:type="dxa"/>
          </w:tcPr>
          <w:p w14:paraId="3CD7F689" w14:textId="77777777" w:rsidR="001C034C" w:rsidRDefault="001C034C"/>
        </w:tc>
        <w:tc>
          <w:tcPr>
            <w:tcW w:w="2663" w:type="dxa"/>
          </w:tcPr>
          <w:p w14:paraId="4419C90D" w14:textId="77777777" w:rsidR="001C034C" w:rsidRDefault="00000000">
            <w:r>
              <w:t>Telefon</w:t>
            </w:r>
          </w:p>
        </w:tc>
        <w:tc>
          <w:tcPr>
            <w:tcW w:w="2663" w:type="dxa"/>
          </w:tcPr>
          <w:p w14:paraId="2C42C50D" w14:textId="77777777" w:rsidR="001C034C" w:rsidRDefault="001C034C"/>
        </w:tc>
      </w:tr>
      <w:tr w:rsidR="001C034C" w14:paraId="1DE52584" w14:textId="77777777">
        <w:trPr>
          <w:jc w:val="center"/>
        </w:trPr>
        <w:tc>
          <w:tcPr>
            <w:tcW w:w="2663" w:type="dxa"/>
          </w:tcPr>
          <w:p w14:paraId="25835333" w14:textId="77777777" w:rsidR="001C034C" w:rsidRDefault="00000000">
            <w:r>
              <w:t>Adres</w:t>
            </w:r>
          </w:p>
        </w:tc>
        <w:tc>
          <w:tcPr>
            <w:tcW w:w="2663" w:type="dxa"/>
          </w:tcPr>
          <w:p w14:paraId="3A1B818D" w14:textId="77777777" w:rsidR="001C034C" w:rsidRDefault="001C034C"/>
        </w:tc>
        <w:tc>
          <w:tcPr>
            <w:tcW w:w="2663" w:type="dxa"/>
          </w:tcPr>
          <w:p w14:paraId="4C45D6A3" w14:textId="77777777" w:rsidR="001C034C" w:rsidRDefault="00000000">
            <w:r>
              <w:t>E-mail</w:t>
            </w:r>
          </w:p>
        </w:tc>
        <w:tc>
          <w:tcPr>
            <w:tcW w:w="2663" w:type="dxa"/>
          </w:tcPr>
          <w:p w14:paraId="2E4811F1" w14:textId="77777777" w:rsidR="001C034C" w:rsidRDefault="001C034C"/>
        </w:tc>
      </w:tr>
      <w:tr w:rsidR="001C034C" w14:paraId="2F2E012E" w14:textId="77777777">
        <w:trPr>
          <w:jc w:val="center"/>
        </w:trPr>
        <w:tc>
          <w:tcPr>
            <w:tcW w:w="2663" w:type="dxa"/>
          </w:tcPr>
          <w:p w14:paraId="7ADD000F" w14:textId="77777777" w:rsidR="001C034C" w:rsidRDefault="00000000">
            <w:r>
              <w:t>Kod pocztowy</w:t>
            </w:r>
          </w:p>
        </w:tc>
        <w:tc>
          <w:tcPr>
            <w:tcW w:w="2663" w:type="dxa"/>
          </w:tcPr>
          <w:p w14:paraId="0B5827C1" w14:textId="77777777" w:rsidR="001C034C" w:rsidRDefault="001C034C"/>
        </w:tc>
        <w:tc>
          <w:tcPr>
            <w:tcW w:w="2663" w:type="dxa"/>
          </w:tcPr>
          <w:p w14:paraId="4FF9C498" w14:textId="77777777" w:rsidR="001C034C" w:rsidRDefault="00000000">
            <w:r>
              <w:t>Miejscowość</w:t>
            </w:r>
          </w:p>
        </w:tc>
        <w:tc>
          <w:tcPr>
            <w:tcW w:w="2663" w:type="dxa"/>
          </w:tcPr>
          <w:p w14:paraId="3BF7DEE0" w14:textId="77777777" w:rsidR="001C034C" w:rsidRDefault="001C034C"/>
        </w:tc>
      </w:tr>
      <w:tr w:rsidR="001C034C" w14:paraId="048C5AF3" w14:textId="77777777">
        <w:trPr>
          <w:jc w:val="center"/>
        </w:trPr>
        <w:tc>
          <w:tcPr>
            <w:tcW w:w="2663" w:type="dxa"/>
          </w:tcPr>
          <w:p w14:paraId="12F01855" w14:textId="77777777" w:rsidR="001C034C" w:rsidRDefault="00000000">
            <w:r>
              <w:t>Nr paragonu / FV</w:t>
            </w:r>
          </w:p>
        </w:tc>
        <w:tc>
          <w:tcPr>
            <w:tcW w:w="2663" w:type="dxa"/>
          </w:tcPr>
          <w:p w14:paraId="1FE22775" w14:textId="77777777" w:rsidR="001C034C" w:rsidRDefault="001C034C"/>
        </w:tc>
        <w:tc>
          <w:tcPr>
            <w:tcW w:w="2663" w:type="dxa"/>
          </w:tcPr>
          <w:p w14:paraId="42107E48" w14:textId="28FC6430" w:rsidR="001C034C" w:rsidRDefault="0066696A">
            <w:r>
              <w:t>NIP</w:t>
            </w:r>
          </w:p>
        </w:tc>
        <w:tc>
          <w:tcPr>
            <w:tcW w:w="2663" w:type="dxa"/>
          </w:tcPr>
          <w:p w14:paraId="0DC974A3" w14:textId="77777777" w:rsidR="001C034C" w:rsidRDefault="001C034C"/>
        </w:tc>
      </w:tr>
    </w:tbl>
    <w:p w14:paraId="1B6D0260" w14:textId="77777777" w:rsidR="001C034C" w:rsidRDefault="00000000">
      <w:r>
        <w:rPr>
          <w:b/>
          <w:color w:val="FFFFFF"/>
        </w:rPr>
        <w:t>REKLAMOWANY PRODUKT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2"/>
      </w:tblGrid>
      <w:tr w:rsidR="001C034C" w14:paraId="7DB576CA" w14:textId="77777777" w:rsidTr="00ED3C39">
        <w:tc>
          <w:tcPr>
            <w:tcW w:w="10652" w:type="dxa"/>
          </w:tcPr>
          <w:p w14:paraId="4000E747" w14:textId="77777777" w:rsidR="001C034C" w:rsidRDefault="00000000">
            <w:r>
              <w:rPr>
                <w:b/>
              </w:rPr>
              <w:t>REKLAMOWANY PRODUKT</w:t>
            </w:r>
          </w:p>
        </w:tc>
      </w:tr>
    </w:tbl>
    <w:p w14:paraId="359B2815" w14:textId="77777777" w:rsidR="001C034C" w:rsidRDefault="001C034C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2661"/>
        <w:gridCol w:w="2661"/>
        <w:gridCol w:w="2660"/>
      </w:tblGrid>
      <w:tr w:rsidR="001C034C" w14:paraId="30AA94A1" w14:textId="77777777">
        <w:trPr>
          <w:jc w:val="center"/>
        </w:trPr>
        <w:tc>
          <w:tcPr>
            <w:tcW w:w="2663" w:type="dxa"/>
          </w:tcPr>
          <w:p w14:paraId="1C5D7B7B" w14:textId="77777777" w:rsidR="001C034C" w:rsidRDefault="00000000">
            <w:r>
              <w:t>Nazwa produktu</w:t>
            </w:r>
          </w:p>
        </w:tc>
        <w:tc>
          <w:tcPr>
            <w:tcW w:w="2663" w:type="dxa"/>
          </w:tcPr>
          <w:p w14:paraId="4956ECF5" w14:textId="77777777" w:rsidR="001C034C" w:rsidRDefault="001C034C"/>
        </w:tc>
        <w:tc>
          <w:tcPr>
            <w:tcW w:w="2663" w:type="dxa"/>
          </w:tcPr>
          <w:p w14:paraId="26CD5397" w14:textId="77777777" w:rsidR="001C034C" w:rsidRDefault="00000000">
            <w:r>
              <w:t>Producent</w:t>
            </w:r>
          </w:p>
        </w:tc>
        <w:tc>
          <w:tcPr>
            <w:tcW w:w="2663" w:type="dxa"/>
          </w:tcPr>
          <w:p w14:paraId="2E0C8081" w14:textId="77777777" w:rsidR="001C034C" w:rsidRDefault="001C034C"/>
        </w:tc>
      </w:tr>
      <w:tr w:rsidR="001C034C" w14:paraId="4B00EE34" w14:textId="77777777">
        <w:trPr>
          <w:jc w:val="center"/>
        </w:trPr>
        <w:tc>
          <w:tcPr>
            <w:tcW w:w="2663" w:type="dxa"/>
          </w:tcPr>
          <w:p w14:paraId="1B14AE12" w14:textId="77777777" w:rsidR="001C034C" w:rsidRDefault="00000000">
            <w:r>
              <w:t>Nr partii / seryjny</w:t>
            </w:r>
          </w:p>
        </w:tc>
        <w:tc>
          <w:tcPr>
            <w:tcW w:w="2663" w:type="dxa"/>
          </w:tcPr>
          <w:p w14:paraId="0366AA41" w14:textId="77777777" w:rsidR="001C034C" w:rsidRDefault="001C034C"/>
        </w:tc>
        <w:tc>
          <w:tcPr>
            <w:tcW w:w="2663" w:type="dxa"/>
          </w:tcPr>
          <w:p w14:paraId="149E3E8E" w14:textId="77777777" w:rsidR="001C034C" w:rsidRDefault="00000000">
            <w:r>
              <w:t>Ilość</w:t>
            </w:r>
          </w:p>
        </w:tc>
        <w:tc>
          <w:tcPr>
            <w:tcW w:w="2663" w:type="dxa"/>
          </w:tcPr>
          <w:p w14:paraId="15D2973E" w14:textId="77777777" w:rsidR="001C034C" w:rsidRDefault="001C034C"/>
        </w:tc>
      </w:tr>
      <w:tr w:rsidR="001C034C" w14:paraId="738CD0AD" w14:textId="77777777">
        <w:trPr>
          <w:jc w:val="center"/>
        </w:trPr>
        <w:tc>
          <w:tcPr>
            <w:tcW w:w="2663" w:type="dxa"/>
          </w:tcPr>
          <w:p w14:paraId="7DBF2212" w14:textId="77777777" w:rsidR="001C034C" w:rsidRDefault="00000000">
            <w:r>
              <w:t>Pierwsza reklamacja ☐</w:t>
            </w:r>
          </w:p>
        </w:tc>
        <w:tc>
          <w:tcPr>
            <w:tcW w:w="2663" w:type="dxa"/>
          </w:tcPr>
          <w:p w14:paraId="288AFCEF" w14:textId="77777777" w:rsidR="001C034C" w:rsidRDefault="00000000">
            <w:r>
              <w:t>Kolejna ☐</w:t>
            </w:r>
          </w:p>
        </w:tc>
        <w:tc>
          <w:tcPr>
            <w:tcW w:w="2663" w:type="dxa"/>
          </w:tcPr>
          <w:p w14:paraId="771621FB" w14:textId="77777777" w:rsidR="001C034C" w:rsidRDefault="00000000">
            <w:r>
              <w:t>Produkt akcyzowy ☐</w:t>
            </w:r>
          </w:p>
        </w:tc>
        <w:tc>
          <w:tcPr>
            <w:tcW w:w="2663" w:type="dxa"/>
          </w:tcPr>
          <w:p w14:paraId="27228D20" w14:textId="77777777" w:rsidR="001C034C" w:rsidRDefault="001C034C"/>
        </w:tc>
      </w:tr>
    </w:tbl>
    <w:p w14:paraId="1AD9F794" w14:textId="77777777" w:rsidR="001C034C" w:rsidRDefault="00000000">
      <w:r>
        <w:rPr>
          <w:b/>
          <w:color w:val="FFFFFF"/>
        </w:rPr>
        <w:t>OPIS USTERKI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2"/>
      </w:tblGrid>
      <w:tr w:rsidR="001C034C" w14:paraId="6F2CB69B" w14:textId="77777777" w:rsidTr="00ED3C39">
        <w:tc>
          <w:tcPr>
            <w:tcW w:w="10652" w:type="dxa"/>
          </w:tcPr>
          <w:p w14:paraId="36FBA66F" w14:textId="77777777" w:rsidR="001C034C" w:rsidRDefault="00000000">
            <w:r>
              <w:rPr>
                <w:b/>
              </w:rPr>
              <w:t>OPIS USTERKI</w:t>
            </w:r>
          </w:p>
        </w:tc>
      </w:tr>
    </w:tbl>
    <w:p w14:paraId="216640B0" w14:textId="77777777" w:rsidR="001C034C" w:rsidRDefault="001C034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1C034C" w14:paraId="3BD1195F" w14:textId="77777777">
        <w:tc>
          <w:tcPr>
            <w:tcW w:w="10652" w:type="dxa"/>
          </w:tcPr>
          <w:p w14:paraId="6ACC5476" w14:textId="77777777" w:rsidR="001C034C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629579C9" w14:textId="79DB17D9" w:rsidR="001C034C" w:rsidRDefault="00000000">
      <w:r>
        <w:rPr>
          <w:b/>
          <w:color w:val="FFFFFF"/>
        </w:rPr>
        <w:t>ŻĄDANIE KLIENTAWYPEŁNIA SPRZEDAWCA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2"/>
      </w:tblGrid>
      <w:tr w:rsidR="001C034C" w14:paraId="646A55A9" w14:textId="77777777" w:rsidTr="00ED3C39">
        <w:tc>
          <w:tcPr>
            <w:tcW w:w="10652" w:type="dxa"/>
          </w:tcPr>
          <w:p w14:paraId="1B6DF55B" w14:textId="77777777" w:rsidR="001C034C" w:rsidRDefault="00000000">
            <w:r>
              <w:rPr>
                <w:b/>
              </w:rPr>
              <w:t>WYPEŁNIA SPRZEDAWCA</w:t>
            </w:r>
          </w:p>
        </w:tc>
      </w:tr>
    </w:tbl>
    <w:p w14:paraId="5E6517AC" w14:textId="77777777" w:rsidR="001C034C" w:rsidRDefault="001C034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1"/>
        <w:gridCol w:w="5321"/>
      </w:tblGrid>
      <w:tr w:rsidR="001C034C" w14:paraId="4C48DC52" w14:textId="77777777">
        <w:tc>
          <w:tcPr>
            <w:tcW w:w="5326" w:type="dxa"/>
          </w:tcPr>
          <w:p w14:paraId="674A152C" w14:textId="77777777" w:rsidR="001C034C" w:rsidRDefault="00000000">
            <w:r>
              <w:t>Nr reklamacji</w:t>
            </w:r>
          </w:p>
        </w:tc>
        <w:tc>
          <w:tcPr>
            <w:tcW w:w="5326" w:type="dxa"/>
          </w:tcPr>
          <w:p w14:paraId="201B2436" w14:textId="77777777" w:rsidR="001C034C" w:rsidRDefault="001C034C"/>
        </w:tc>
      </w:tr>
      <w:tr w:rsidR="001C034C" w14:paraId="48A4BF91" w14:textId="77777777">
        <w:tc>
          <w:tcPr>
            <w:tcW w:w="5326" w:type="dxa"/>
          </w:tcPr>
          <w:p w14:paraId="2239122E" w14:textId="77777777" w:rsidR="001C034C" w:rsidRDefault="00000000">
            <w:r>
              <w:t>Data przyjęcia</w:t>
            </w:r>
          </w:p>
        </w:tc>
        <w:tc>
          <w:tcPr>
            <w:tcW w:w="5326" w:type="dxa"/>
          </w:tcPr>
          <w:p w14:paraId="027B20C4" w14:textId="77777777" w:rsidR="001C034C" w:rsidRDefault="001C034C"/>
        </w:tc>
      </w:tr>
      <w:tr w:rsidR="001C034C" w14:paraId="151F042D" w14:textId="77777777">
        <w:tc>
          <w:tcPr>
            <w:tcW w:w="5326" w:type="dxa"/>
          </w:tcPr>
          <w:p w14:paraId="7355F8A3" w14:textId="77777777" w:rsidR="001C034C" w:rsidRDefault="00000000">
            <w:r>
              <w:t>Decyzja</w:t>
            </w:r>
          </w:p>
        </w:tc>
        <w:tc>
          <w:tcPr>
            <w:tcW w:w="5326" w:type="dxa"/>
          </w:tcPr>
          <w:p w14:paraId="443089B0" w14:textId="77777777" w:rsidR="001C034C" w:rsidRDefault="00000000">
            <w:r>
              <w:t>☐ Uznano    ☐ Odrzucono</w:t>
            </w:r>
          </w:p>
        </w:tc>
      </w:tr>
      <w:tr w:rsidR="001C034C" w14:paraId="364F3C16" w14:textId="77777777">
        <w:tc>
          <w:tcPr>
            <w:tcW w:w="5326" w:type="dxa"/>
          </w:tcPr>
          <w:p w14:paraId="61EFE0A7" w14:textId="77777777" w:rsidR="001C034C" w:rsidRDefault="00000000">
            <w:r>
              <w:t>Uwagi</w:t>
            </w:r>
          </w:p>
        </w:tc>
        <w:tc>
          <w:tcPr>
            <w:tcW w:w="5326" w:type="dxa"/>
          </w:tcPr>
          <w:p w14:paraId="4A8A4A3F" w14:textId="77777777" w:rsidR="001C034C" w:rsidRDefault="001C034C"/>
        </w:tc>
      </w:tr>
      <w:tr w:rsidR="001C034C" w14:paraId="7A14A4CC" w14:textId="77777777">
        <w:tc>
          <w:tcPr>
            <w:tcW w:w="5326" w:type="dxa"/>
          </w:tcPr>
          <w:p w14:paraId="18C0F2BC" w14:textId="77777777" w:rsidR="001C034C" w:rsidRDefault="00000000">
            <w:r>
              <w:t>Podpis pracownika</w:t>
            </w:r>
          </w:p>
        </w:tc>
        <w:tc>
          <w:tcPr>
            <w:tcW w:w="5326" w:type="dxa"/>
          </w:tcPr>
          <w:p w14:paraId="3D2CC880" w14:textId="77777777" w:rsidR="001C034C" w:rsidRDefault="001C034C"/>
        </w:tc>
      </w:tr>
    </w:tbl>
    <w:p w14:paraId="05031F33" w14:textId="77777777" w:rsidR="001C034C" w:rsidRDefault="00000000" w:rsidP="00ED3C39">
      <w:r>
        <w:br/>
        <w:t>Podpis klienta: _____________________________                Data: __________________</w:t>
      </w:r>
    </w:p>
    <w:sectPr w:rsidR="001C034C" w:rsidSect="00034616"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1787349">
    <w:abstractNumId w:val="8"/>
  </w:num>
  <w:num w:numId="2" w16cid:durableId="1250307648">
    <w:abstractNumId w:val="6"/>
  </w:num>
  <w:num w:numId="3" w16cid:durableId="1919512959">
    <w:abstractNumId w:val="5"/>
  </w:num>
  <w:num w:numId="4" w16cid:durableId="2065522050">
    <w:abstractNumId w:val="4"/>
  </w:num>
  <w:num w:numId="5" w16cid:durableId="1471098652">
    <w:abstractNumId w:val="7"/>
  </w:num>
  <w:num w:numId="6" w16cid:durableId="615716246">
    <w:abstractNumId w:val="3"/>
  </w:num>
  <w:num w:numId="7" w16cid:durableId="1750230049">
    <w:abstractNumId w:val="2"/>
  </w:num>
  <w:num w:numId="8" w16cid:durableId="1790080282">
    <w:abstractNumId w:val="1"/>
  </w:num>
  <w:num w:numId="9" w16cid:durableId="763182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45E2"/>
    <w:rsid w:val="0015074B"/>
    <w:rsid w:val="001C034C"/>
    <w:rsid w:val="0029639D"/>
    <w:rsid w:val="00326F90"/>
    <w:rsid w:val="003619CE"/>
    <w:rsid w:val="00651AE8"/>
    <w:rsid w:val="0066696A"/>
    <w:rsid w:val="00732B62"/>
    <w:rsid w:val="00AA1D8D"/>
    <w:rsid w:val="00B47730"/>
    <w:rsid w:val="00C80A1D"/>
    <w:rsid w:val="00CB0664"/>
    <w:rsid w:val="00D07ECB"/>
    <w:rsid w:val="00ED3C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F7776"/>
  <w14:defaultImageDpi w14:val="300"/>
  <w15:docId w15:val="{086D735C-6851-4805-B7CA-6EB5571C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Aleksander Walczak</cp:lastModifiedBy>
  <cp:revision>6</cp:revision>
  <dcterms:created xsi:type="dcterms:W3CDTF">2026-07-28T08:58:00Z</dcterms:created>
  <dcterms:modified xsi:type="dcterms:W3CDTF">2026-07-28T09:37:00Z</dcterms:modified>
  <cp:category/>
</cp:coreProperties>
</file>